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103" w:rsidRDefault="002B5103" w:rsidP="00BB4C1A">
      <w:pPr>
        <w:spacing w:after="0"/>
        <w:jc w:val="center"/>
        <w:rPr>
          <w:color w:val="002060"/>
          <w:sz w:val="20"/>
        </w:rPr>
      </w:pPr>
      <w:r w:rsidRPr="00DC25CA">
        <w:rPr>
          <w:noProof/>
          <w:spacing w:val="30"/>
          <w:sz w:val="24"/>
        </w:rPr>
        <w:drawing>
          <wp:anchor distT="0" distB="0" distL="114300" distR="114300" simplePos="0" relativeHeight="251659264" behindDoc="1" locked="0" layoutInCell="1" allowOverlap="1" wp14:anchorId="46C0748D" wp14:editId="6044122C">
            <wp:simplePos x="0" y="0"/>
            <wp:positionH relativeFrom="column">
              <wp:posOffset>2373472</wp:posOffset>
            </wp:positionH>
            <wp:positionV relativeFrom="paragraph">
              <wp:posOffset>-132715</wp:posOffset>
            </wp:positionV>
            <wp:extent cx="1338103" cy="4699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103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5103" w:rsidRDefault="002B5103" w:rsidP="00BB4C1A">
      <w:pPr>
        <w:spacing w:after="0"/>
        <w:jc w:val="center"/>
        <w:rPr>
          <w:color w:val="002060"/>
          <w:sz w:val="20"/>
        </w:rPr>
      </w:pPr>
    </w:p>
    <w:p w:rsidR="00057B2C" w:rsidRDefault="002B5103" w:rsidP="00BB4C1A">
      <w:pPr>
        <w:spacing w:after="0"/>
        <w:jc w:val="center"/>
      </w:pPr>
      <w:r w:rsidRPr="00BB4C1A">
        <w:rPr>
          <w:color w:val="002060"/>
          <w:sz w:val="20"/>
        </w:rPr>
        <w:t>LIÊN ĐOÀN THƯƠNG M</w:t>
      </w:r>
      <w:r w:rsidRPr="00BB4C1A">
        <w:rPr>
          <w:color w:val="002060"/>
          <w:sz w:val="20"/>
        </w:rPr>
        <w:t>Ạ</w:t>
      </w:r>
      <w:r w:rsidRPr="00BB4C1A">
        <w:rPr>
          <w:color w:val="002060"/>
          <w:sz w:val="20"/>
        </w:rPr>
        <w:t>I VÀ CÔNG NGHI</w:t>
      </w:r>
      <w:r w:rsidRPr="00BB4C1A">
        <w:rPr>
          <w:color w:val="002060"/>
          <w:sz w:val="20"/>
        </w:rPr>
        <w:t>Ệ</w:t>
      </w:r>
      <w:r w:rsidRPr="00BB4C1A">
        <w:rPr>
          <w:color w:val="002060"/>
          <w:sz w:val="20"/>
        </w:rPr>
        <w:t>P VI</w:t>
      </w:r>
      <w:r w:rsidRPr="00BB4C1A">
        <w:rPr>
          <w:color w:val="002060"/>
          <w:sz w:val="20"/>
        </w:rPr>
        <w:t>Ệ</w:t>
      </w:r>
      <w:r w:rsidRPr="00BB4C1A">
        <w:rPr>
          <w:color w:val="002060"/>
          <w:sz w:val="20"/>
        </w:rPr>
        <w:t>T NAM (VCCI)</w:t>
      </w:r>
      <w:r>
        <w:rPr>
          <w:b/>
          <w:color w:val="002060"/>
          <w:sz w:val="20"/>
        </w:rPr>
        <w:br/>
      </w:r>
      <w:r>
        <w:rPr>
          <w:b/>
          <w:color w:val="002060"/>
          <w:sz w:val="21"/>
        </w:rPr>
        <w:t>TRUNG TÂM TRUY</w:t>
      </w:r>
      <w:r>
        <w:rPr>
          <w:b/>
          <w:color w:val="002060"/>
          <w:sz w:val="21"/>
        </w:rPr>
        <w:t>Ề</w:t>
      </w:r>
      <w:r>
        <w:rPr>
          <w:b/>
          <w:color w:val="002060"/>
          <w:sz w:val="21"/>
        </w:rPr>
        <w:t>N THÔNG VÀ THÔNG TIN KINH T</w:t>
      </w:r>
      <w:r>
        <w:rPr>
          <w:b/>
          <w:color w:val="002060"/>
          <w:sz w:val="21"/>
        </w:rPr>
        <w:t>Ế</w:t>
      </w:r>
      <w:r w:rsidR="00BB4C1A">
        <w:rPr>
          <w:b/>
          <w:color w:val="002060"/>
          <w:sz w:val="21"/>
        </w:rPr>
        <w:t xml:space="preserve"> (BIZIC)</w:t>
      </w:r>
      <w:r>
        <w:rPr>
          <w:b/>
          <w:color w:val="002060"/>
          <w:sz w:val="21"/>
        </w:rPr>
        <w:br/>
      </w:r>
      <w:r>
        <w:rPr>
          <w:color w:val="595959"/>
          <w:sz w:val="18"/>
        </w:rPr>
        <w:t>---------</w:t>
      </w:r>
      <w:bookmarkStart w:id="0" w:name="_GoBack"/>
      <w:bookmarkEnd w:id="0"/>
      <w:r>
        <w:rPr>
          <w:color w:val="595959"/>
          <w:sz w:val="18"/>
        </w:rPr>
        <w:t>---------***------------------</w:t>
      </w:r>
      <w:r>
        <w:rPr>
          <w:color w:val="595959"/>
          <w:sz w:val="18"/>
        </w:rPr>
        <w:br/>
      </w:r>
    </w:p>
    <w:p w:rsidR="00057B2C" w:rsidRDefault="002B5103" w:rsidP="00BB4C1A">
      <w:pPr>
        <w:spacing w:after="0"/>
        <w:jc w:val="center"/>
      </w:pPr>
      <w:r>
        <w:rPr>
          <w:b/>
          <w:color w:val="002060"/>
          <w:sz w:val="30"/>
        </w:rPr>
        <w:t>PHI</w:t>
      </w:r>
      <w:r>
        <w:rPr>
          <w:b/>
          <w:color w:val="002060"/>
          <w:sz w:val="30"/>
        </w:rPr>
        <w:t>Ế</w:t>
      </w:r>
      <w:r>
        <w:rPr>
          <w:b/>
          <w:color w:val="002060"/>
          <w:sz w:val="30"/>
        </w:rPr>
        <w:t>U ĐĂNG KÝ THAM D</w:t>
      </w:r>
      <w:r>
        <w:rPr>
          <w:b/>
          <w:color w:val="002060"/>
          <w:sz w:val="30"/>
        </w:rPr>
        <w:t>Ự</w:t>
      </w:r>
      <w:r>
        <w:rPr>
          <w:b/>
          <w:color w:val="002060"/>
          <w:sz w:val="30"/>
        </w:rPr>
        <w:br/>
        <w:t>CHƯƠNG TRÌNH ĐÀO T</w:t>
      </w:r>
      <w:r>
        <w:rPr>
          <w:b/>
          <w:color w:val="002060"/>
          <w:sz w:val="30"/>
        </w:rPr>
        <w:t>Ạ</w:t>
      </w:r>
      <w:r>
        <w:rPr>
          <w:b/>
          <w:color w:val="002060"/>
          <w:sz w:val="30"/>
        </w:rPr>
        <w:t xml:space="preserve">O </w:t>
      </w:r>
    </w:p>
    <w:p w:rsidR="00057B2C" w:rsidRDefault="002B5103" w:rsidP="00BB4C1A">
      <w:pPr>
        <w:spacing w:after="0"/>
        <w:jc w:val="center"/>
      </w:pPr>
      <w:r>
        <w:rPr>
          <w:b/>
          <w:color w:val="C58C16"/>
          <w:sz w:val="24"/>
        </w:rPr>
        <w:t>Ứ</w:t>
      </w:r>
      <w:r>
        <w:rPr>
          <w:b/>
          <w:color w:val="C58C16"/>
          <w:sz w:val="24"/>
        </w:rPr>
        <w:t>NG D</w:t>
      </w:r>
      <w:r>
        <w:rPr>
          <w:b/>
          <w:color w:val="C58C16"/>
          <w:sz w:val="24"/>
        </w:rPr>
        <w:t>Ụ</w:t>
      </w:r>
      <w:r>
        <w:rPr>
          <w:b/>
          <w:color w:val="C58C16"/>
          <w:sz w:val="24"/>
        </w:rPr>
        <w:t>NG IFRS VÀ CHUY</w:t>
      </w:r>
      <w:r>
        <w:rPr>
          <w:b/>
          <w:color w:val="C58C16"/>
          <w:sz w:val="24"/>
        </w:rPr>
        <w:t>Ể</w:t>
      </w:r>
      <w:r>
        <w:rPr>
          <w:b/>
          <w:color w:val="C58C16"/>
          <w:sz w:val="24"/>
        </w:rPr>
        <w:t>N Đ</w:t>
      </w:r>
      <w:r>
        <w:rPr>
          <w:b/>
          <w:color w:val="C58C16"/>
          <w:sz w:val="24"/>
        </w:rPr>
        <w:t>Ổ</w:t>
      </w:r>
      <w:r>
        <w:rPr>
          <w:b/>
          <w:color w:val="C58C16"/>
          <w:sz w:val="24"/>
        </w:rPr>
        <w:t>I BÁO CÁO TÀI CHÍNH DOANH NGHI</w:t>
      </w:r>
      <w:r>
        <w:rPr>
          <w:b/>
          <w:color w:val="C58C16"/>
          <w:sz w:val="24"/>
        </w:rPr>
        <w:t>Ệ</w:t>
      </w:r>
      <w:r>
        <w:rPr>
          <w:b/>
          <w:color w:val="C58C16"/>
          <w:sz w:val="24"/>
        </w:rPr>
        <w:t>P</w:t>
      </w:r>
      <w:r>
        <w:rPr>
          <w:b/>
          <w:color w:val="C58C16"/>
          <w:sz w:val="24"/>
        </w:rPr>
        <w:br/>
      </w:r>
      <w:r>
        <w:rPr>
          <w:i/>
          <w:color w:val="262626"/>
          <w:sz w:val="21"/>
        </w:rPr>
        <w:t xml:space="preserve">(So </w:t>
      </w:r>
      <w:r>
        <w:rPr>
          <w:i/>
          <w:color w:val="262626"/>
          <w:sz w:val="21"/>
        </w:rPr>
        <w:t>sánh v</w:t>
      </w:r>
      <w:r>
        <w:rPr>
          <w:i/>
          <w:color w:val="262626"/>
          <w:sz w:val="21"/>
        </w:rPr>
        <w:t>ớ</w:t>
      </w:r>
      <w:r>
        <w:rPr>
          <w:i/>
          <w:color w:val="262626"/>
          <w:sz w:val="21"/>
        </w:rPr>
        <w:t>i Ch</w:t>
      </w:r>
      <w:r>
        <w:rPr>
          <w:i/>
          <w:color w:val="262626"/>
          <w:sz w:val="21"/>
        </w:rPr>
        <w:t>ế</w:t>
      </w:r>
      <w:r>
        <w:rPr>
          <w:i/>
          <w:color w:val="262626"/>
          <w:sz w:val="21"/>
        </w:rPr>
        <w:t xml:space="preserve"> đ</w:t>
      </w:r>
      <w:r>
        <w:rPr>
          <w:i/>
          <w:color w:val="262626"/>
          <w:sz w:val="21"/>
        </w:rPr>
        <w:t>ộ</w:t>
      </w:r>
      <w:r>
        <w:rPr>
          <w:i/>
          <w:color w:val="262626"/>
          <w:sz w:val="21"/>
        </w:rPr>
        <w:t xml:space="preserve"> k</w:t>
      </w:r>
      <w:r>
        <w:rPr>
          <w:i/>
          <w:color w:val="262626"/>
          <w:sz w:val="21"/>
        </w:rPr>
        <w:t>ế</w:t>
      </w:r>
      <w:r>
        <w:rPr>
          <w:i/>
          <w:color w:val="262626"/>
          <w:sz w:val="21"/>
        </w:rPr>
        <w:t xml:space="preserve"> toán theo Thông tư 99/2025/TT-BTC)</w:t>
      </w:r>
    </w:p>
    <w:p w:rsidR="00057B2C" w:rsidRDefault="00BB4C1A" w:rsidP="00BB4C1A">
      <w:pPr>
        <w:spacing w:after="0"/>
        <w:jc w:val="center"/>
      </w:pPr>
      <w:r w:rsidRPr="003647F4">
        <w:rPr>
          <w:rStyle w:val="apple-style-span"/>
          <w:b/>
          <w:sz w:val="20"/>
          <w:szCs w:val="20"/>
          <w:lang w:val="vi-VN"/>
        </w:rPr>
        <w:t>Hà Nội</w:t>
      </w:r>
      <w:r>
        <w:rPr>
          <w:rStyle w:val="apple-style-span"/>
          <w:b/>
          <w:sz w:val="20"/>
          <w:szCs w:val="20"/>
        </w:rPr>
        <w:t xml:space="preserve"> + O</w:t>
      </w:r>
      <w:r w:rsidRPr="00BB4C1A">
        <w:rPr>
          <w:rStyle w:val="apple-style-span"/>
          <w:b/>
          <w:sz w:val="19"/>
          <w:szCs w:val="19"/>
        </w:rPr>
        <w:t>nline</w:t>
      </w:r>
      <w:r w:rsidRPr="00BB4C1A">
        <w:rPr>
          <w:rStyle w:val="apple-style-span"/>
          <w:b/>
          <w:sz w:val="19"/>
          <w:szCs w:val="19"/>
          <w:lang w:val="vi-VN"/>
        </w:rPr>
        <w:t xml:space="preserve">: </w:t>
      </w:r>
      <w:r w:rsidRPr="00BB4C1A">
        <w:rPr>
          <w:rStyle w:val="apple-style-span"/>
          <w:b/>
          <w:sz w:val="19"/>
          <w:szCs w:val="19"/>
        </w:rPr>
        <w:t xml:space="preserve">Ngày </w:t>
      </w:r>
      <w:r w:rsidRPr="00BB4C1A">
        <w:rPr>
          <w:b/>
          <w:color w:val="C58C16"/>
          <w:sz w:val="19"/>
          <w:szCs w:val="19"/>
        </w:rPr>
        <w:t>06-07/10/2026</w:t>
      </w:r>
    </w:p>
    <w:p w:rsidR="00057B2C" w:rsidRDefault="002B5103" w:rsidP="00BB4C1A">
      <w:pPr>
        <w:spacing w:before="240" w:after="0"/>
      </w:pPr>
      <w:r>
        <w:rPr>
          <w:b/>
          <w:color w:val="002060"/>
        </w:rPr>
        <w:t>I. THÔNG TIN DOANH NGHI</w:t>
      </w:r>
      <w:r>
        <w:rPr>
          <w:b/>
          <w:color w:val="002060"/>
        </w:rPr>
        <w:t>Ệ</w:t>
      </w:r>
      <w:r>
        <w:rPr>
          <w:b/>
          <w:color w:val="002060"/>
        </w:rPr>
        <w:t>P / ĐƠN V</w:t>
      </w:r>
      <w:r>
        <w:rPr>
          <w:b/>
          <w:color w:val="002060"/>
        </w:rPr>
        <w:t>Ị</w:t>
      </w:r>
      <w:r>
        <w:rPr>
          <w:b/>
          <w:color w:val="002060"/>
        </w:rPr>
        <w:t xml:space="preserve"> ĐĂNG KÝ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12"/>
        <w:gridCol w:w="6336"/>
      </w:tblGrid>
      <w:tr w:rsidR="00057B2C">
        <w:trPr>
          <w:jc w:val="center"/>
        </w:trPr>
        <w:tc>
          <w:tcPr>
            <w:tcW w:w="331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b/>
                <w:color w:val="262626"/>
                <w:sz w:val="19"/>
              </w:rPr>
              <w:t>Tên Doanh nghi</w:t>
            </w:r>
            <w:r>
              <w:rPr>
                <w:b/>
                <w:color w:val="262626"/>
                <w:sz w:val="19"/>
              </w:rPr>
              <w:t>ệ</w:t>
            </w:r>
            <w:r>
              <w:rPr>
                <w:b/>
                <w:color w:val="262626"/>
                <w:sz w:val="19"/>
              </w:rPr>
              <w:t>p / Đơn v</w:t>
            </w:r>
            <w:r>
              <w:rPr>
                <w:b/>
                <w:color w:val="262626"/>
                <w:sz w:val="19"/>
              </w:rPr>
              <w:t>ị</w:t>
            </w:r>
            <w:r>
              <w:rPr>
                <w:b/>
                <w:color w:val="262626"/>
                <w:sz w:val="19"/>
              </w:rPr>
              <w:t>:</w:t>
            </w:r>
          </w:p>
        </w:tc>
        <w:tc>
          <w:tcPr>
            <w:tcW w:w="633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color w:val="595959"/>
                <w:sz w:val="19"/>
              </w:rPr>
              <w:t>...................................................................................................................................</w:t>
            </w:r>
            <w:r>
              <w:rPr>
                <w:color w:val="595959"/>
                <w:sz w:val="19"/>
              </w:rPr>
              <w:t>.............</w:t>
            </w:r>
          </w:p>
        </w:tc>
      </w:tr>
      <w:tr w:rsidR="00057B2C">
        <w:trPr>
          <w:jc w:val="center"/>
        </w:trPr>
        <w:tc>
          <w:tcPr>
            <w:tcW w:w="331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b/>
                <w:color w:val="262626"/>
                <w:sz w:val="19"/>
              </w:rPr>
              <w:t>Mã s</w:t>
            </w:r>
            <w:r>
              <w:rPr>
                <w:b/>
                <w:color w:val="262626"/>
                <w:sz w:val="19"/>
              </w:rPr>
              <w:t>ố</w:t>
            </w:r>
            <w:r>
              <w:rPr>
                <w:b/>
                <w:color w:val="262626"/>
                <w:sz w:val="19"/>
              </w:rPr>
              <w:t xml:space="preserve"> thu</w:t>
            </w:r>
            <w:r>
              <w:rPr>
                <w:b/>
                <w:color w:val="262626"/>
                <w:sz w:val="19"/>
              </w:rPr>
              <w:t>ế</w:t>
            </w:r>
            <w:r>
              <w:rPr>
                <w:b/>
                <w:color w:val="262626"/>
                <w:sz w:val="19"/>
              </w:rPr>
              <w:t>:</w:t>
            </w:r>
          </w:p>
        </w:tc>
        <w:tc>
          <w:tcPr>
            <w:tcW w:w="633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color w:val="595959"/>
                <w:sz w:val="19"/>
              </w:rPr>
              <w:t>................................................................................................................................................</w:t>
            </w:r>
          </w:p>
        </w:tc>
      </w:tr>
      <w:tr w:rsidR="00057B2C">
        <w:trPr>
          <w:jc w:val="center"/>
        </w:trPr>
        <w:tc>
          <w:tcPr>
            <w:tcW w:w="331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3A58B1">
            <w:pPr>
              <w:spacing w:after="0"/>
            </w:pPr>
            <w:r>
              <w:rPr>
                <w:b/>
                <w:color w:val="262626"/>
                <w:sz w:val="19"/>
              </w:rPr>
              <w:t>Đ</w:t>
            </w:r>
            <w:r>
              <w:rPr>
                <w:b/>
                <w:color w:val="262626"/>
                <w:sz w:val="19"/>
              </w:rPr>
              <w:t>ị</w:t>
            </w:r>
            <w:r>
              <w:rPr>
                <w:b/>
                <w:color w:val="262626"/>
                <w:sz w:val="19"/>
              </w:rPr>
              <w:t>a ch</w:t>
            </w:r>
            <w:r>
              <w:rPr>
                <w:b/>
                <w:color w:val="262626"/>
                <w:sz w:val="19"/>
              </w:rPr>
              <w:t>ỉ</w:t>
            </w:r>
            <w:r w:rsidR="00BB4C1A">
              <w:rPr>
                <w:b/>
                <w:color w:val="262626"/>
                <w:sz w:val="19"/>
              </w:rPr>
              <w:t xml:space="preserve"> </w:t>
            </w:r>
            <w:r w:rsidR="003A58B1">
              <w:rPr>
                <w:b/>
                <w:color w:val="262626"/>
                <w:sz w:val="19"/>
              </w:rPr>
              <w:t>đăng ký kinh doanh</w:t>
            </w:r>
            <w:r>
              <w:rPr>
                <w:b/>
                <w:color w:val="262626"/>
                <w:sz w:val="19"/>
              </w:rPr>
              <w:t>:</w:t>
            </w:r>
          </w:p>
        </w:tc>
        <w:tc>
          <w:tcPr>
            <w:tcW w:w="633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color w:val="595959"/>
                <w:sz w:val="19"/>
              </w:rPr>
              <w:t>.</w:t>
            </w:r>
            <w:r>
              <w:rPr>
                <w:color w:val="595959"/>
                <w:sz w:val="19"/>
              </w:rPr>
              <w:t>......................................................</w:t>
            </w:r>
            <w:r>
              <w:rPr>
                <w:color w:val="595959"/>
                <w:sz w:val="19"/>
              </w:rPr>
              <w:t>.........................................................................................</w:t>
            </w:r>
          </w:p>
        </w:tc>
      </w:tr>
      <w:tr w:rsidR="00057B2C">
        <w:trPr>
          <w:jc w:val="center"/>
        </w:trPr>
        <w:tc>
          <w:tcPr>
            <w:tcW w:w="331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b/>
                <w:color w:val="262626"/>
                <w:sz w:val="19"/>
              </w:rPr>
              <w:t>Đi</w:t>
            </w:r>
            <w:r>
              <w:rPr>
                <w:b/>
                <w:color w:val="262626"/>
                <w:sz w:val="19"/>
              </w:rPr>
              <w:t>ệ</w:t>
            </w:r>
            <w:r>
              <w:rPr>
                <w:b/>
                <w:color w:val="262626"/>
                <w:sz w:val="19"/>
              </w:rPr>
              <w:t>n tho</w:t>
            </w:r>
            <w:r>
              <w:rPr>
                <w:b/>
                <w:color w:val="262626"/>
                <w:sz w:val="19"/>
              </w:rPr>
              <w:t>ạ</w:t>
            </w:r>
            <w:r>
              <w:rPr>
                <w:b/>
                <w:color w:val="262626"/>
                <w:sz w:val="19"/>
              </w:rPr>
              <w:t>i liên h</w:t>
            </w:r>
            <w:r>
              <w:rPr>
                <w:b/>
                <w:color w:val="262626"/>
                <w:sz w:val="19"/>
              </w:rPr>
              <w:t>ệ</w:t>
            </w:r>
            <w:r>
              <w:rPr>
                <w:b/>
                <w:color w:val="262626"/>
                <w:sz w:val="19"/>
              </w:rPr>
              <w:t>:</w:t>
            </w:r>
          </w:p>
        </w:tc>
        <w:tc>
          <w:tcPr>
            <w:tcW w:w="633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color w:val="595959"/>
                <w:sz w:val="19"/>
              </w:rPr>
              <w:t>.................................................. Email: ...................................................................</w:t>
            </w:r>
            <w:r w:rsidR="00BB4C1A">
              <w:rPr>
                <w:color w:val="595959"/>
                <w:sz w:val="19"/>
              </w:rPr>
              <w:t>...........</w:t>
            </w:r>
          </w:p>
        </w:tc>
      </w:tr>
      <w:tr w:rsidR="00057B2C">
        <w:trPr>
          <w:jc w:val="center"/>
        </w:trPr>
        <w:tc>
          <w:tcPr>
            <w:tcW w:w="331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b/>
                <w:color w:val="262626"/>
                <w:sz w:val="19"/>
              </w:rPr>
              <w:t>Ngư</w:t>
            </w:r>
            <w:r>
              <w:rPr>
                <w:b/>
                <w:color w:val="262626"/>
                <w:sz w:val="19"/>
              </w:rPr>
              <w:t>ờ</w:t>
            </w:r>
            <w:r>
              <w:rPr>
                <w:b/>
                <w:color w:val="262626"/>
                <w:sz w:val="19"/>
              </w:rPr>
              <w:t>i đ</w:t>
            </w:r>
            <w:r>
              <w:rPr>
                <w:b/>
                <w:color w:val="262626"/>
                <w:sz w:val="19"/>
              </w:rPr>
              <w:t>ạ</w:t>
            </w:r>
            <w:r>
              <w:rPr>
                <w:b/>
                <w:color w:val="262626"/>
                <w:sz w:val="19"/>
              </w:rPr>
              <w:t>i di</w:t>
            </w:r>
            <w:r>
              <w:rPr>
                <w:b/>
                <w:color w:val="262626"/>
                <w:sz w:val="19"/>
              </w:rPr>
              <w:t>ệ</w:t>
            </w:r>
            <w:r>
              <w:rPr>
                <w:b/>
                <w:color w:val="262626"/>
                <w:sz w:val="19"/>
              </w:rPr>
              <w:t>n liê</w:t>
            </w:r>
            <w:r>
              <w:rPr>
                <w:b/>
                <w:color w:val="262626"/>
                <w:sz w:val="19"/>
              </w:rPr>
              <w:t>n h</w:t>
            </w:r>
            <w:r>
              <w:rPr>
                <w:b/>
                <w:color w:val="262626"/>
                <w:sz w:val="19"/>
              </w:rPr>
              <w:t>ệ</w:t>
            </w:r>
            <w:r>
              <w:rPr>
                <w:b/>
                <w:color w:val="262626"/>
                <w:sz w:val="19"/>
              </w:rPr>
              <w:t xml:space="preserve"> công tác:</w:t>
            </w:r>
          </w:p>
        </w:tc>
        <w:tc>
          <w:tcPr>
            <w:tcW w:w="633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color w:val="595959"/>
                <w:sz w:val="19"/>
              </w:rPr>
              <w:t>.................................................. Ch</w:t>
            </w:r>
            <w:r>
              <w:rPr>
                <w:color w:val="595959"/>
                <w:sz w:val="19"/>
              </w:rPr>
              <w:t>ứ</w:t>
            </w:r>
            <w:r>
              <w:rPr>
                <w:color w:val="595959"/>
                <w:sz w:val="19"/>
              </w:rPr>
              <w:t>c v</w:t>
            </w:r>
            <w:r>
              <w:rPr>
                <w:color w:val="595959"/>
                <w:sz w:val="19"/>
              </w:rPr>
              <w:t>ụ</w:t>
            </w:r>
            <w:r>
              <w:rPr>
                <w:color w:val="595959"/>
                <w:sz w:val="19"/>
              </w:rPr>
              <w:t>: .................................................................</w:t>
            </w:r>
            <w:r w:rsidR="00BB4C1A">
              <w:rPr>
                <w:color w:val="595959"/>
                <w:sz w:val="19"/>
              </w:rPr>
              <w:t>........</w:t>
            </w:r>
          </w:p>
        </w:tc>
      </w:tr>
    </w:tbl>
    <w:p w:rsidR="00057B2C" w:rsidRDefault="002B5103" w:rsidP="00BB4C1A">
      <w:pPr>
        <w:spacing w:before="240" w:after="0"/>
      </w:pPr>
      <w:r>
        <w:rPr>
          <w:b/>
          <w:color w:val="002060"/>
        </w:rPr>
        <w:t>II. DANH SÁCH H</w:t>
      </w:r>
      <w:r>
        <w:rPr>
          <w:b/>
          <w:color w:val="002060"/>
        </w:rPr>
        <w:t>Ọ</w:t>
      </w:r>
      <w:r>
        <w:rPr>
          <w:b/>
          <w:color w:val="002060"/>
        </w:rPr>
        <w:t>C VIÊN THAM D</w:t>
      </w:r>
      <w:r>
        <w:rPr>
          <w:b/>
          <w:color w:val="002060"/>
        </w:rPr>
        <w:t>Ự</w:t>
      </w:r>
    </w:p>
    <w:tbl>
      <w:tblPr>
        <w:tblStyle w:val="TableGrid"/>
        <w:tblW w:w="9861" w:type="dxa"/>
        <w:jc w:val="center"/>
        <w:tblLayout w:type="fixed"/>
        <w:tblLook w:val="04A0" w:firstRow="1" w:lastRow="0" w:firstColumn="1" w:lastColumn="0" w:noHBand="0" w:noVBand="1"/>
      </w:tblPr>
      <w:tblGrid>
        <w:gridCol w:w="623"/>
        <w:gridCol w:w="2383"/>
        <w:gridCol w:w="1671"/>
        <w:gridCol w:w="1584"/>
        <w:gridCol w:w="1872"/>
        <w:gridCol w:w="1728"/>
      </w:tblGrid>
      <w:tr w:rsidR="00057B2C" w:rsidTr="00BB4C1A">
        <w:trPr>
          <w:jc w:val="center"/>
        </w:trPr>
        <w:tc>
          <w:tcPr>
            <w:tcW w:w="623" w:type="dxa"/>
            <w:shd w:val="clear" w:color="auto" w:fill="002060"/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057B2C" w:rsidRDefault="002B5103" w:rsidP="00BB4C1A">
            <w:pPr>
              <w:jc w:val="center"/>
            </w:pPr>
            <w:r>
              <w:rPr>
                <w:b/>
                <w:color w:val="FFFFFF"/>
                <w:sz w:val="18"/>
              </w:rPr>
              <w:t>STT</w:t>
            </w:r>
          </w:p>
        </w:tc>
        <w:tc>
          <w:tcPr>
            <w:tcW w:w="2383" w:type="dxa"/>
            <w:shd w:val="clear" w:color="auto" w:fill="002060"/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057B2C" w:rsidRDefault="002B5103" w:rsidP="00BB4C1A">
            <w:pPr>
              <w:jc w:val="center"/>
            </w:pPr>
            <w:r>
              <w:rPr>
                <w:b/>
                <w:color w:val="FFFFFF"/>
                <w:sz w:val="18"/>
              </w:rPr>
              <w:t>H</w:t>
            </w:r>
            <w:r>
              <w:rPr>
                <w:b/>
                <w:color w:val="FFFFFF"/>
                <w:sz w:val="18"/>
              </w:rPr>
              <w:t>ọ</w:t>
            </w:r>
            <w:r>
              <w:rPr>
                <w:b/>
                <w:color w:val="FFFFFF"/>
                <w:sz w:val="18"/>
              </w:rPr>
              <w:t xml:space="preserve"> và tên</w:t>
            </w:r>
          </w:p>
        </w:tc>
        <w:tc>
          <w:tcPr>
            <w:tcW w:w="1671" w:type="dxa"/>
            <w:shd w:val="clear" w:color="auto" w:fill="002060"/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057B2C" w:rsidRDefault="002B5103" w:rsidP="00BB4C1A">
            <w:pPr>
              <w:jc w:val="center"/>
            </w:pPr>
            <w:r>
              <w:rPr>
                <w:b/>
                <w:color w:val="FFFFFF"/>
                <w:sz w:val="18"/>
              </w:rPr>
              <w:t>Ch</w:t>
            </w:r>
            <w:r>
              <w:rPr>
                <w:b/>
                <w:color w:val="FFFFFF"/>
                <w:sz w:val="18"/>
              </w:rPr>
              <w:t>ứ</w:t>
            </w:r>
            <w:r>
              <w:rPr>
                <w:b/>
                <w:color w:val="FFFFFF"/>
                <w:sz w:val="18"/>
              </w:rPr>
              <w:t>c danh</w:t>
            </w:r>
          </w:p>
        </w:tc>
        <w:tc>
          <w:tcPr>
            <w:tcW w:w="1584" w:type="dxa"/>
            <w:shd w:val="clear" w:color="auto" w:fill="002060"/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057B2C" w:rsidRDefault="002B5103" w:rsidP="00BB4C1A">
            <w:pPr>
              <w:jc w:val="center"/>
            </w:pPr>
            <w:r>
              <w:rPr>
                <w:b/>
                <w:color w:val="FFFFFF"/>
                <w:sz w:val="18"/>
              </w:rPr>
              <w:t>S</w:t>
            </w:r>
            <w:r>
              <w:rPr>
                <w:b/>
                <w:color w:val="FFFFFF"/>
                <w:sz w:val="18"/>
              </w:rPr>
              <w:t>ố</w:t>
            </w:r>
            <w:r>
              <w:rPr>
                <w:b/>
                <w:color w:val="FFFFFF"/>
                <w:sz w:val="18"/>
              </w:rPr>
              <w:t xml:space="preserve"> đi</w:t>
            </w:r>
            <w:r>
              <w:rPr>
                <w:b/>
                <w:color w:val="FFFFFF"/>
                <w:sz w:val="18"/>
              </w:rPr>
              <w:t>ệ</w:t>
            </w:r>
            <w:r>
              <w:rPr>
                <w:b/>
                <w:color w:val="FFFFFF"/>
                <w:sz w:val="18"/>
              </w:rPr>
              <w:t>n tho</w:t>
            </w:r>
            <w:r>
              <w:rPr>
                <w:b/>
                <w:color w:val="FFFFFF"/>
                <w:sz w:val="18"/>
              </w:rPr>
              <w:t>ạ</w:t>
            </w:r>
            <w:r>
              <w:rPr>
                <w:b/>
                <w:color w:val="FFFFFF"/>
                <w:sz w:val="18"/>
              </w:rPr>
              <w:t>i</w:t>
            </w:r>
          </w:p>
        </w:tc>
        <w:tc>
          <w:tcPr>
            <w:tcW w:w="1872" w:type="dxa"/>
            <w:shd w:val="clear" w:color="auto" w:fill="002060"/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057B2C" w:rsidRDefault="002B5103" w:rsidP="00BB4C1A">
            <w:pPr>
              <w:jc w:val="center"/>
            </w:pPr>
            <w:r>
              <w:rPr>
                <w:b/>
                <w:color w:val="FFFFFF"/>
                <w:sz w:val="18"/>
              </w:rPr>
              <w:t>Email</w:t>
            </w:r>
          </w:p>
        </w:tc>
        <w:tc>
          <w:tcPr>
            <w:tcW w:w="1728" w:type="dxa"/>
            <w:shd w:val="clear" w:color="auto" w:fill="002060"/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057B2C" w:rsidRDefault="002B5103" w:rsidP="00BB4C1A">
            <w:pPr>
              <w:jc w:val="center"/>
            </w:pPr>
            <w:r>
              <w:rPr>
                <w:b/>
                <w:color w:val="FFFFFF"/>
                <w:sz w:val="18"/>
              </w:rPr>
              <w:t>Hình th</w:t>
            </w:r>
            <w:r>
              <w:rPr>
                <w:b/>
                <w:color w:val="FFFFFF"/>
                <w:sz w:val="18"/>
              </w:rPr>
              <w:t>ứ</w:t>
            </w:r>
            <w:r>
              <w:rPr>
                <w:b/>
                <w:color w:val="FFFFFF"/>
                <w:sz w:val="18"/>
              </w:rPr>
              <w:t>c</w:t>
            </w:r>
            <w:r>
              <w:rPr>
                <w:b/>
                <w:color w:val="FFFFFF"/>
                <w:sz w:val="18"/>
              </w:rPr>
              <w:br/>
              <w:t>(Tr</w:t>
            </w:r>
            <w:r>
              <w:rPr>
                <w:b/>
                <w:color w:val="FFFFFF"/>
                <w:sz w:val="18"/>
              </w:rPr>
              <w:t>ự</w:t>
            </w:r>
            <w:r>
              <w:rPr>
                <w:b/>
                <w:color w:val="FFFFFF"/>
                <w:sz w:val="18"/>
              </w:rPr>
              <w:t>c ti</w:t>
            </w:r>
            <w:r>
              <w:rPr>
                <w:b/>
                <w:color w:val="FFFFFF"/>
                <w:sz w:val="18"/>
              </w:rPr>
              <w:t>ế</w:t>
            </w:r>
            <w:r>
              <w:rPr>
                <w:b/>
                <w:color w:val="FFFFFF"/>
                <w:sz w:val="18"/>
              </w:rPr>
              <w:t>p / Online)</w:t>
            </w:r>
          </w:p>
        </w:tc>
      </w:tr>
      <w:tr w:rsidR="00057B2C" w:rsidTr="00BB4C1A">
        <w:trPr>
          <w:jc w:val="center"/>
        </w:trPr>
        <w:tc>
          <w:tcPr>
            <w:tcW w:w="623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2383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671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584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872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728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</w:tr>
      <w:tr w:rsidR="00057B2C" w:rsidTr="00BB4C1A">
        <w:trPr>
          <w:jc w:val="center"/>
        </w:trPr>
        <w:tc>
          <w:tcPr>
            <w:tcW w:w="623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2383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671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584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872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728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</w:tr>
      <w:tr w:rsidR="00057B2C" w:rsidTr="00BB4C1A">
        <w:trPr>
          <w:jc w:val="center"/>
        </w:trPr>
        <w:tc>
          <w:tcPr>
            <w:tcW w:w="623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2383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671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584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872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  <w:tc>
          <w:tcPr>
            <w:tcW w:w="1728" w:type="dxa"/>
            <w:tcMar>
              <w:top w:w="80" w:type="dxa"/>
              <w:left w:w="40" w:type="dxa"/>
              <w:bottom w:w="80" w:type="dxa"/>
              <w:right w:w="40" w:type="dxa"/>
            </w:tcMar>
          </w:tcPr>
          <w:p w:rsidR="00057B2C" w:rsidRDefault="002B5103" w:rsidP="00BB4C1A">
            <w:r>
              <w:rPr>
                <w:sz w:val="18"/>
              </w:rPr>
              <w:t xml:space="preserve"> </w:t>
            </w:r>
          </w:p>
        </w:tc>
      </w:tr>
    </w:tbl>
    <w:p w:rsidR="00057B2C" w:rsidRDefault="002B5103" w:rsidP="00BB4C1A">
      <w:pPr>
        <w:spacing w:before="240" w:after="0"/>
      </w:pPr>
      <w:r>
        <w:rPr>
          <w:b/>
          <w:color w:val="002060"/>
        </w:rPr>
        <w:t>I</w:t>
      </w:r>
      <w:r w:rsidR="00BB4C1A">
        <w:rPr>
          <w:b/>
          <w:color w:val="002060"/>
        </w:rPr>
        <w:t>II</w:t>
      </w:r>
      <w:r>
        <w:rPr>
          <w:b/>
          <w:color w:val="002060"/>
        </w:rPr>
        <w:t>. THÔNG TIN XU</w:t>
      </w:r>
      <w:r>
        <w:rPr>
          <w:b/>
          <w:color w:val="002060"/>
        </w:rPr>
        <w:t>Ấ</w:t>
      </w:r>
      <w:r>
        <w:rPr>
          <w:b/>
          <w:color w:val="002060"/>
        </w:rPr>
        <w:t xml:space="preserve">T </w:t>
      </w:r>
      <w:r>
        <w:rPr>
          <w:b/>
          <w:color w:val="002060"/>
        </w:rPr>
        <w:t>HÓA ĐƠN TÀI CHÍNH (VAT)</w:t>
      </w:r>
    </w:p>
    <w:p w:rsidR="00057B2C" w:rsidRDefault="002B5103" w:rsidP="00BB4C1A">
      <w:pPr>
        <w:spacing w:after="0"/>
      </w:pPr>
      <w:r>
        <w:rPr>
          <w:sz w:val="19"/>
        </w:rPr>
        <w:t>☐</w:t>
      </w:r>
      <w:r>
        <w:rPr>
          <w:sz w:val="19"/>
        </w:rPr>
        <w:t xml:space="preserve"> Gi</w:t>
      </w:r>
      <w:r>
        <w:rPr>
          <w:sz w:val="19"/>
        </w:rPr>
        <w:t>ố</w:t>
      </w:r>
      <w:r>
        <w:rPr>
          <w:sz w:val="19"/>
        </w:rPr>
        <w:t>ng thông tin doanh nghi</w:t>
      </w:r>
      <w:r>
        <w:rPr>
          <w:sz w:val="19"/>
        </w:rPr>
        <w:t>ệ</w:t>
      </w:r>
      <w:r>
        <w:rPr>
          <w:sz w:val="19"/>
        </w:rPr>
        <w:t xml:space="preserve">p đăng ký </w:t>
      </w:r>
      <w:r>
        <w:rPr>
          <w:sz w:val="19"/>
        </w:rPr>
        <w:t>ở</w:t>
      </w:r>
      <w:r>
        <w:rPr>
          <w:sz w:val="19"/>
        </w:rPr>
        <w:t xml:space="preserve"> M</w:t>
      </w:r>
      <w:r>
        <w:rPr>
          <w:sz w:val="19"/>
        </w:rPr>
        <w:t>ụ</w:t>
      </w:r>
      <w:r>
        <w:rPr>
          <w:sz w:val="19"/>
        </w:rPr>
        <w:t>c I</w:t>
      </w:r>
      <w:r>
        <w:rPr>
          <w:sz w:val="19"/>
        </w:rPr>
        <w:br/>
        <w:t xml:space="preserve">☐ Khác thông tin </w:t>
      </w:r>
      <w:r>
        <w:rPr>
          <w:sz w:val="19"/>
        </w:rPr>
        <w:t>ở</w:t>
      </w:r>
      <w:r>
        <w:rPr>
          <w:sz w:val="19"/>
        </w:rPr>
        <w:t xml:space="preserve"> M</w:t>
      </w:r>
      <w:r>
        <w:rPr>
          <w:sz w:val="19"/>
        </w:rPr>
        <w:t>ụ</w:t>
      </w:r>
      <w:r>
        <w:rPr>
          <w:sz w:val="19"/>
        </w:rPr>
        <w:t>c I (vui lòng đi</w:t>
      </w:r>
      <w:r>
        <w:rPr>
          <w:sz w:val="19"/>
        </w:rPr>
        <w:t>ề</w:t>
      </w:r>
      <w:r>
        <w:rPr>
          <w:sz w:val="19"/>
        </w:rPr>
        <w:t>n chi ti</w:t>
      </w:r>
      <w:r>
        <w:rPr>
          <w:sz w:val="19"/>
        </w:rPr>
        <w:t>ế</w:t>
      </w:r>
      <w:r>
        <w:rPr>
          <w:sz w:val="19"/>
        </w:rPr>
        <w:t>t dư</w:t>
      </w:r>
      <w:r>
        <w:rPr>
          <w:sz w:val="19"/>
        </w:rPr>
        <w:t>ớ</w:t>
      </w:r>
      <w:r>
        <w:rPr>
          <w:sz w:val="19"/>
        </w:rPr>
        <w:t>i đây):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057B2C">
        <w:trPr>
          <w:jc w:val="center"/>
        </w:trPr>
        <w:tc>
          <w:tcPr>
            <w:tcW w:w="3168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b/>
                <w:color w:val="262626"/>
                <w:sz w:val="19"/>
              </w:rPr>
              <w:t>Tên công ty xu</w:t>
            </w:r>
            <w:r>
              <w:rPr>
                <w:b/>
                <w:color w:val="262626"/>
                <w:sz w:val="19"/>
              </w:rPr>
              <w:t>ấ</w:t>
            </w:r>
            <w:r>
              <w:rPr>
                <w:b/>
                <w:color w:val="262626"/>
                <w:sz w:val="19"/>
              </w:rPr>
              <w:t>t hóa đơn:</w:t>
            </w:r>
          </w:p>
        </w:tc>
        <w:tc>
          <w:tcPr>
            <w:tcW w:w="6480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color w:val="595959"/>
                <w:sz w:val="19"/>
              </w:rPr>
              <w:t>...................................................................................................</w:t>
            </w:r>
            <w:r>
              <w:rPr>
                <w:color w:val="595959"/>
                <w:sz w:val="19"/>
              </w:rPr>
              <w:t>.............................................</w:t>
            </w:r>
          </w:p>
        </w:tc>
      </w:tr>
      <w:tr w:rsidR="00057B2C">
        <w:trPr>
          <w:jc w:val="center"/>
        </w:trPr>
        <w:tc>
          <w:tcPr>
            <w:tcW w:w="3168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b/>
                <w:color w:val="262626"/>
                <w:sz w:val="19"/>
              </w:rPr>
              <w:t>Mã s</w:t>
            </w:r>
            <w:r>
              <w:rPr>
                <w:b/>
                <w:color w:val="262626"/>
                <w:sz w:val="19"/>
              </w:rPr>
              <w:t>ố</w:t>
            </w:r>
            <w:r>
              <w:rPr>
                <w:b/>
                <w:color w:val="262626"/>
                <w:sz w:val="19"/>
              </w:rPr>
              <w:t xml:space="preserve"> thu</w:t>
            </w:r>
            <w:r>
              <w:rPr>
                <w:b/>
                <w:color w:val="262626"/>
                <w:sz w:val="19"/>
              </w:rPr>
              <w:t>ế</w:t>
            </w:r>
            <w:r>
              <w:rPr>
                <w:b/>
                <w:color w:val="262626"/>
                <w:sz w:val="19"/>
              </w:rPr>
              <w:t xml:space="preserve"> xu</w:t>
            </w:r>
            <w:r>
              <w:rPr>
                <w:b/>
                <w:color w:val="262626"/>
                <w:sz w:val="19"/>
              </w:rPr>
              <w:t>ấ</w:t>
            </w:r>
            <w:r>
              <w:rPr>
                <w:b/>
                <w:color w:val="262626"/>
                <w:sz w:val="19"/>
              </w:rPr>
              <w:t>t hóa đơn:</w:t>
            </w:r>
          </w:p>
        </w:tc>
        <w:tc>
          <w:tcPr>
            <w:tcW w:w="6480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color w:val="595959"/>
                <w:sz w:val="19"/>
              </w:rPr>
              <w:t>................................................................................................................................................</w:t>
            </w:r>
          </w:p>
        </w:tc>
      </w:tr>
      <w:tr w:rsidR="00057B2C">
        <w:trPr>
          <w:jc w:val="center"/>
        </w:trPr>
        <w:tc>
          <w:tcPr>
            <w:tcW w:w="3168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b/>
                <w:color w:val="262626"/>
                <w:sz w:val="19"/>
              </w:rPr>
              <w:t>Đ</w:t>
            </w:r>
            <w:r>
              <w:rPr>
                <w:b/>
                <w:color w:val="262626"/>
                <w:sz w:val="19"/>
              </w:rPr>
              <w:t>ị</w:t>
            </w:r>
            <w:r>
              <w:rPr>
                <w:b/>
                <w:color w:val="262626"/>
                <w:sz w:val="19"/>
              </w:rPr>
              <w:t>a ch</w:t>
            </w:r>
            <w:r>
              <w:rPr>
                <w:b/>
                <w:color w:val="262626"/>
                <w:sz w:val="19"/>
              </w:rPr>
              <w:t>ỉ</w:t>
            </w:r>
            <w:r>
              <w:rPr>
                <w:b/>
                <w:color w:val="262626"/>
                <w:sz w:val="19"/>
              </w:rPr>
              <w:t xml:space="preserve"> xu</w:t>
            </w:r>
            <w:r>
              <w:rPr>
                <w:b/>
                <w:color w:val="262626"/>
                <w:sz w:val="19"/>
              </w:rPr>
              <w:t>ấ</w:t>
            </w:r>
            <w:r>
              <w:rPr>
                <w:b/>
                <w:color w:val="262626"/>
                <w:sz w:val="19"/>
              </w:rPr>
              <w:t>t hóa đơn:</w:t>
            </w:r>
          </w:p>
        </w:tc>
        <w:tc>
          <w:tcPr>
            <w:tcW w:w="6480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057B2C" w:rsidRDefault="002B5103" w:rsidP="00BB4C1A">
            <w:pPr>
              <w:spacing w:after="0"/>
            </w:pPr>
            <w:r>
              <w:rPr>
                <w:color w:val="595959"/>
                <w:sz w:val="19"/>
              </w:rPr>
              <w:t>................................................................................................................................................</w:t>
            </w:r>
          </w:p>
        </w:tc>
      </w:tr>
    </w:tbl>
    <w:p w:rsidR="00057B2C" w:rsidRDefault="002B5103" w:rsidP="00BB4C1A">
      <w:pPr>
        <w:spacing w:before="240" w:after="0"/>
      </w:pPr>
      <w:r>
        <w:rPr>
          <w:b/>
          <w:color w:val="002060"/>
        </w:rPr>
        <w:t>V</w:t>
      </w:r>
      <w:r w:rsidR="00BB4C1A">
        <w:rPr>
          <w:b/>
          <w:color w:val="002060"/>
        </w:rPr>
        <w:t>I</w:t>
      </w:r>
      <w:r>
        <w:rPr>
          <w:b/>
          <w:color w:val="002060"/>
        </w:rPr>
        <w:t>. THÔNG TIN TÀI KHO</w:t>
      </w:r>
      <w:r>
        <w:rPr>
          <w:b/>
          <w:color w:val="002060"/>
        </w:rPr>
        <w:t>Ả</w:t>
      </w:r>
      <w:r>
        <w:rPr>
          <w:b/>
          <w:color w:val="002060"/>
        </w:rPr>
        <w:t>N CHUY</w:t>
      </w:r>
      <w:r>
        <w:rPr>
          <w:b/>
          <w:color w:val="002060"/>
        </w:rPr>
        <w:t>Ể</w:t>
      </w:r>
      <w:r>
        <w:rPr>
          <w:b/>
          <w:color w:val="002060"/>
        </w:rPr>
        <w:t>N KHO</w:t>
      </w:r>
      <w:r>
        <w:rPr>
          <w:b/>
          <w:color w:val="002060"/>
        </w:rPr>
        <w:t>Ả</w:t>
      </w:r>
      <w:r>
        <w:rPr>
          <w:b/>
          <w:color w:val="002060"/>
        </w:rPr>
        <w:t>N</w:t>
      </w:r>
    </w:p>
    <w:p w:rsidR="00057B2C" w:rsidRDefault="002B5103" w:rsidP="00BB4C1A">
      <w:pPr>
        <w:spacing w:after="0"/>
        <w:rPr>
          <w:color w:val="262626"/>
          <w:sz w:val="19"/>
        </w:rPr>
      </w:pPr>
      <w:r>
        <w:rPr>
          <w:color w:val="262626"/>
          <w:sz w:val="19"/>
        </w:rPr>
        <w:t>- Tên tài kho</w:t>
      </w:r>
      <w:r>
        <w:rPr>
          <w:color w:val="262626"/>
          <w:sz w:val="19"/>
        </w:rPr>
        <w:t>ả</w:t>
      </w:r>
      <w:r>
        <w:rPr>
          <w:color w:val="262626"/>
          <w:sz w:val="19"/>
        </w:rPr>
        <w:t>n: Trung tâm Truy</w:t>
      </w:r>
      <w:r>
        <w:rPr>
          <w:color w:val="262626"/>
          <w:sz w:val="19"/>
        </w:rPr>
        <w:t>ề</w:t>
      </w:r>
      <w:r>
        <w:rPr>
          <w:color w:val="262626"/>
          <w:sz w:val="19"/>
        </w:rPr>
        <w:t>n thông và Thông tin Kinh t</w:t>
      </w:r>
      <w:r>
        <w:rPr>
          <w:color w:val="262626"/>
          <w:sz w:val="19"/>
        </w:rPr>
        <w:t>ế</w:t>
      </w:r>
      <w:r>
        <w:rPr>
          <w:color w:val="262626"/>
          <w:sz w:val="19"/>
        </w:rPr>
        <w:br/>
        <w:t>- S</w:t>
      </w:r>
      <w:r>
        <w:rPr>
          <w:color w:val="262626"/>
          <w:sz w:val="19"/>
        </w:rPr>
        <w:t>ố</w:t>
      </w:r>
      <w:r>
        <w:rPr>
          <w:color w:val="262626"/>
          <w:sz w:val="19"/>
        </w:rPr>
        <w:t xml:space="preserve"> tài kho</w:t>
      </w:r>
      <w:r>
        <w:rPr>
          <w:color w:val="262626"/>
          <w:sz w:val="19"/>
        </w:rPr>
        <w:t>ả</w:t>
      </w:r>
      <w:r>
        <w:rPr>
          <w:color w:val="262626"/>
          <w:sz w:val="19"/>
        </w:rPr>
        <w:t xml:space="preserve">n: </w:t>
      </w:r>
      <w:r w:rsidR="00BB4C1A" w:rsidRPr="00BB4C1A">
        <w:rPr>
          <w:color w:val="262626"/>
          <w:sz w:val="19"/>
        </w:rPr>
        <w:t>1212456886</w:t>
      </w:r>
      <w:r w:rsidR="00BB4C1A">
        <w:rPr>
          <w:color w:val="262626"/>
          <w:sz w:val="19"/>
        </w:rPr>
        <w:t xml:space="preserve"> </w:t>
      </w:r>
      <w:r>
        <w:rPr>
          <w:color w:val="262626"/>
          <w:sz w:val="19"/>
        </w:rPr>
        <w:br/>
        <w:t xml:space="preserve">- Ngân hàng: </w:t>
      </w:r>
      <w:r w:rsidR="00BB4C1A" w:rsidRPr="00BB4C1A">
        <w:rPr>
          <w:color w:val="262626"/>
          <w:sz w:val="19"/>
        </w:rPr>
        <w:t xml:space="preserve">Ngân hàng TMCP Đầu tư và Phát triển Việt Nam, Chi nhánh Hai Bà Trưng, Hà Nội </w:t>
      </w:r>
      <w:r w:rsidR="00BB4C1A">
        <w:rPr>
          <w:color w:val="262626"/>
          <w:sz w:val="19"/>
        </w:rPr>
        <w:t xml:space="preserve"> </w:t>
      </w:r>
      <w:r>
        <w:rPr>
          <w:color w:val="262626"/>
          <w:sz w:val="19"/>
        </w:rPr>
        <w:br/>
        <w:t>- N</w:t>
      </w:r>
      <w:r>
        <w:rPr>
          <w:color w:val="262626"/>
          <w:sz w:val="19"/>
        </w:rPr>
        <w:t>ộ</w:t>
      </w:r>
      <w:r>
        <w:rPr>
          <w:color w:val="262626"/>
          <w:sz w:val="19"/>
        </w:rPr>
        <w:t>i dung chuy</w:t>
      </w:r>
      <w:r>
        <w:rPr>
          <w:color w:val="262626"/>
          <w:sz w:val="19"/>
        </w:rPr>
        <w:t>ể</w:t>
      </w:r>
      <w:r>
        <w:rPr>
          <w:color w:val="262626"/>
          <w:sz w:val="19"/>
        </w:rPr>
        <w:t>n kho</w:t>
      </w:r>
      <w:r>
        <w:rPr>
          <w:color w:val="262626"/>
          <w:sz w:val="19"/>
        </w:rPr>
        <w:t>ả</w:t>
      </w:r>
      <w:r>
        <w:rPr>
          <w:color w:val="262626"/>
          <w:sz w:val="19"/>
        </w:rPr>
        <w:t>n: [Tên Doanh Nghi</w:t>
      </w:r>
      <w:r>
        <w:rPr>
          <w:color w:val="262626"/>
          <w:sz w:val="19"/>
        </w:rPr>
        <w:t>ệ</w:t>
      </w:r>
      <w:r>
        <w:rPr>
          <w:color w:val="262626"/>
          <w:sz w:val="19"/>
        </w:rPr>
        <w:t>p] - HP Dao tao IFRS T10.2026</w:t>
      </w:r>
    </w:p>
    <w:p w:rsidR="00BB4C1A" w:rsidRDefault="00BB4C1A" w:rsidP="00BB4C1A">
      <w:pPr>
        <w:spacing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52"/>
        <w:gridCol w:w="4896"/>
      </w:tblGrid>
      <w:tr w:rsidR="00057B2C">
        <w:trPr>
          <w:jc w:val="center"/>
        </w:trPr>
        <w:tc>
          <w:tcPr>
            <w:tcW w:w="4752" w:type="dxa"/>
          </w:tcPr>
          <w:p w:rsidR="00057B2C" w:rsidRDefault="00057B2C" w:rsidP="00BB4C1A">
            <w:pPr>
              <w:spacing w:after="0"/>
              <w:jc w:val="center"/>
            </w:pPr>
          </w:p>
        </w:tc>
        <w:tc>
          <w:tcPr>
            <w:tcW w:w="4896" w:type="dxa"/>
          </w:tcPr>
          <w:p w:rsidR="00057B2C" w:rsidRDefault="002B5103" w:rsidP="00BB4C1A">
            <w:pPr>
              <w:spacing w:after="0"/>
              <w:jc w:val="center"/>
            </w:pPr>
            <w:r>
              <w:rPr>
                <w:i/>
                <w:sz w:val="19"/>
              </w:rPr>
              <w:t>.........., ngày ..... tháng ..... năm 2026</w:t>
            </w:r>
            <w:r>
              <w:rPr>
                <w:i/>
                <w:sz w:val="19"/>
              </w:rPr>
              <w:br/>
            </w:r>
            <w:r>
              <w:rPr>
                <w:b/>
                <w:color w:val="002060"/>
                <w:sz w:val="20"/>
              </w:rPr>
              <w:t>XÁC NH</w:t>
            </w:r>
            <w:r>
              <w:rPr>
                <w:b/>
                <w:color w:val="002060"/>
                <w:sz w:val="20"/>
              </w:rPr>
              <w:t>Ậ</w:t>
            </w:r>
            <w:r>
              <w:rPr>
                <w:b/>
                <w:color w:val="002060"/>
                <w:sz w:val="20"/>
              </w:rPr>
              <w:t>N C</w:t>
            </w:r>
            <w:r>
              <w:rPr>
                <w:b/>
                <w:color w:val="002060"/>
                <w:sz w:val="20"/>
              </w:rPr>
              <w:t>Ủ</w:t>
            </w:r>
            <w:r>
              <w:rPr>
                <w:b/>
                <w:color w:val="002060"/>
                <w:sz w:val="20"/>
              </w:rPr>
              <w:t>A DOANH NGHI</w:t>
            </w:r>
            <w:r>
              <w:rPr>
                <w:b/>
                <w:color w:val="002060"/>
                <w:sz w:val="20"/>
              </w:rPr>
              <w:t>Ệ</w:t>
            </w:r>
            <w:r>
              <w:rPr>
                <w:b/>
                <w:color w:val="002060"/>
                <w:sz w:val="20"/>
              </w:rPr>
              <w:t>P / ĐƠN V</w:t>
            </w:r>
            <w:r>
              <w:rPr>
                <w:b/>
                <w:color w:val="002060"/>
                <w:sz w:val="20"/>
              </w:rPr>
              <w:t>Ị</w:t>
            </w:r>
            <w:r>
              <w:rPr>
                <w:b/>
                <w:color w:val="002060"/>
                <w:sz w:val="20"/>
              </w:rPr>
              <w:br/>
            </w:r>
            <w:r>
              <w:rPr>
                <w:color w:val="595959"/>
                <w:sz w:val="17"/>
              </w:rPr>
              <w:t>(Ký, ghi rõ h</w:t>
            </w:r>
            <w:r>
              <w:rPr>
                <w:color w:val="595959"/>
                <w:sz w:val="17"/>
              </w:rPr>
              <w:t>ọ</w:t>
            </w:r>
            <w:r>
              <w:rPr>
                <w:color w:val="595959"/>
                <w:sz w:val="17"/>
              </w:rPr>
              <w:t xml:space="preserve"> tên và đóng d</w:t>
            </w:r>
            <w:r>
              <w:rPr>
                <w:color w:val="595959"/>
                <w:sz w:val="17"/>
              </w:rPr>
              <w:t>ấ</w:t>
            </w:r>
            <w:r>
              <w:rPr>
                <w:color w:val="595959"/>
                <w:sz w:val="17"/>
              </w:rPr>
              <w:t>u)</w:t>
            </w:r>
            <w:r>
              <w:rPr>
                <w:color w:val="595959"/>
                <w:sz w:val="17"/>
              </w:rPr>
              <w:br/>
            </w:r>
            <w:r>
              <w:rPr>
                <w:color w:val="595959"/>
                <w:sz w:val="17"/>
              </w:rPr>
              <w:br/>
            </w:r>
            <w:r>
              <w:rPr>
                <w:color w:val="595959"/>
                <w:sz w:val="17"/>
              </w:rPr>
              <w:br/>
            </w:r>
            <w:r>
              <w:rPr>
                <w:color w:val="595959"/>
                <w:sz w:val="17"/>
              </w:rPr>
              <w:br/>
            </w:r>
          </w:p>
        </w:tc>
      </w:tr>
    </w:tbl>
    <w:p w:rsidR="00057B2C" w:rsidRDefault="002B5103" w:rsidP="00BB4C1A">
      <w:pPr>
        <w:spacing w:before="400" w:after="0"/>
        <w:jc w:val="center"/>
      </w:pPr>
      <w:r>
        <w:rPr>
          <w:color w:val="595959"/>
        </w:rPr>
        <w:t>----------------------------------------------------------------------------------------------------</w:t>
      </w:r>
      <w:r>
        <w:rPr>
          <w:color w:val="595959"/>
        </w:rPr>
        <w:br/>
      </w:r>
      <w:r>
        <w:rPr>
          <w:b/>
          <w:color w:val="002060"/>
          <w:sz w:val="19"/>
        </w:rPr>
        <w:t>QUÝ DOANH NGHI</w:t>
      </w:r>
      <w:r>
        <w:rPr>
          <w:b/>
          <w:color w:val="002060"/>
          <w:sz w:val="19"/>
        </w:rPr>
        <w:t>Ệ</w:t>
      </w:r>
      <w:r>
        <w:rPr>
          <w:b/>
          <w:color w:val="002060"/>
          <w:sz w:val="19"/>
        </w:rPr>
        <w:t>P VUI LÒNG G</w:t>
      </w:r>
      <w:r>
        <w:rPr>
          <w:b/>
          <w:color w:val="002060"/>
          <w:sz w:val="19"/>
        </w:rPr>
        <w:t>Ử</w:t>
      </w:r>
      <w:r>
        <w:rPr>
          <w:b/>
          <w:color w:val="002060"/>
          <w:sz w:val="19"/>
        </w:rPr>
        <w:t>I L</w:t>
      </w:r>
      <w:r>
        <w:rPr>
          <w:b/>
          <w:color w:val="002060"/>
          <w:sz w:val="19"/>
        </w:rPr>
        <w:t>Ạ</w:t>
      </w:r>
      <w:r>
        <w:rPr>
          <w:b/>
          <w:color w:val="002060"/>
          <w:sz w:val="19"/>
        </w:rPr>
        <w:t>I PHI</w:t>
      </w:r>
      <w:r>
        <w:rPr>
          <w:b/>
          <w:color w:val="002060"/>
          <w:sz w:val="19"/>
        </w:rPr>
        <w:t>Ế</w:t>
      </w:r>
      <w:r>
        <w:rPr>
          <w:b/>
          <w:color w:val="002060"/>
          <w:sz w:val="19"/>
        </w:rPr>
        <w:t>U ĐĂNG KÝ CHO BAN T</w:t>
      </w:r>
      <w:r>
        <w:rPr>
          <w:b/>
          <w:color w:val="002060"/>
          <w:sz w:val="19"/>
        </w:rPr>
        <w:t>Ổ</w:t>
      </w:r>
      <w:r>
        <w:rPr>
          <w:b/>
          <w:color w:val="002060"/>
          <w:sz w:val="19"/>
        </w:rPr>
        <w:t xml:space="preserve"> CH</w:t>
      </w:r>
      <w:r>
        <w:rPr>
          <w:b/>
          <w:color w:val="002060"/>
          <w:sz w:val="19"/>
        </w:rPr>
        <w:t>Ứ</w:t>
      </w:r>
      <w:r>
        <w:rPr>
          <w:b/>
          <w:color w:val="002060"/>
          <w:sz w:val="19"/>
        </w:rPr>
        <w:t>C TRƯ</w:t>
      </w:r>
      <w:r>
        <w:rPr>
          <w:b/>
          <w:color w:val="002060"/>
          <w:sz w:val="19"/>
        </w:rPr>
        <w:t>Ớ</w:t>
      </w:r>
      <w:r>
        <w:rPr>
          <w:b/>
          <w:color w:val="002060"/>
          <w:sz w:val="19"/>
        </w:rPr>
        <w:t>C NGÀY 03/10/2026:</w:t>
      </w:r>
      <w:r>
        <w:rPr>
          <w:b/>
          <w:color w:val="002060"/>
          <w:sz w:val="19"/>
        </w:rPr>
        <w:br/>
      </w:r>
      <w:r>
        <w:rPr>
          <w:color w:val="262626"/>
          <w:sz w:val="18"/>
        </w:rPr>
        <w:t>• Mr. Tr</w:t>
      </w:r>
      <w:r>
        <w:rPr>
          <w:color w:val="262626"/>
          <w:sz w:val="18"/>
        </w:rPr>
        <w:t>ầ</w:t>
      </w:r>
      <w:r>
        <w:rPr>
          <w:color w:val="262626"/>
          <w:sz w:val="18"/>
        </w:rPr>
        <w:t>n Thanh Tùng: 0988 965 475 | Email: tungtt@vcci.com.vn</w:t>
      </w:r>
      <w:r>
        <w:rPr>
          <w:color w:val="262626"/>
          <w:sz w:val="18"/>
        </w:rPr>
        <w:br/>
        <w:t>• Ms. Ph</w:t>
      </w:r>
      <w:r>
        <w:rPr>
          <w:color w:val="262626"/>
          <w:sz w:val="18"/>
        </w:rPr>
        <w:t>ạ</w:t>
      </w:r>
      <w:r>
        <w:rPr>
          <w:color w:val="262626"/>
          <w:sz w:val="18"/>
        </w:rPr>
        <w:t>m Qu</w:t>
      </w:r>
      <w:r>
        <w:rPr>
          <w:color w:val="262626"/>
          <w:sz w:val="18"/>
        </w:rPr>
        <w:t>ỳ</w:t>
      </w:r>
      <w:r>
        <w:rPr>
          <w:color w:val="262626"/>
          <w:sz w:val="18"/>
        </w:rPr>
        <w:t>nh Phương: 0936 39 40 39 | Email: phuongpq@vcci.com.vn</w:t>
      </w:r>
      <w:r>
        <w:rPr>
          <w:color w:val="262626"/>
          <w:sz w:val="18"/>
        </w:rPr>
        <w:br/>
        <w:t>• Đ</w:t>
      </w:r>
      <w:r>
        <w:rPr>
          <w:color w:val="262626"/>
          <w:sz w:val="18"/>
        </w:rPr>
        <w:t>ị</w:t>
      </w:r>
      <w:r>
        <w:rPr>
          <w:color w:val="262626"/>
          <w:sz w:val="18"/>
        </w:rPr>
        <w:t>a ch</w:t>
      </w:r>
      <w:r>
        <w:rPr>
          <w:color w:val="262626"/>
          <w:sz w:val="18"/>
        </w:rPr>
        <w:t>ỉ</w:t>
      </w:r>
      <w:r>
        <w:rPr>
          <w:color w:val="262626"/>
          <w:sz w:val="18"/>
        </w:rPr>
        <w:t>: T</w:t>
      </w:r>
      <w:r w:rsidR="0092775D">
        <w:rPr>
          <w:color w:val="262626"/>
          <w:sz w:val="18"/>
        </w:rPr>
        <w:t>ầng 5</w:t>
      </w:r>
      <w:r>
        <w:rPr>
          <w:color w:val="262626"/>
          <w:sz w:val="18"/>
        </w:rPr>
        <w:t xml:space="preserve">, Tòa nhà </w:t>
      </w:r>
      <w:r>
        <w:rPr>
          <w:color w:val="262626"/>
          <w:sz w:val="18"/>
        </w:rPr>
        <w:t>VCCI, S</w:t>
      </w:r>
      <w:r>
        <w:rPr>
          <w:color w:val="262626"/>
          <w:sz w:val="18"/>
        </w:rPr>
        <w:t>ố</w:t>
      </w:r>
      <w:r>
        <w:rPr>
          <w:color w:val="262626"/>
          <w:sz w:val="18"/>
        </w:rPr>
        <w:t xml:space="preserve"> 9 Đào Duy Anh, </w:t>
      </w:r>
      <w:r w:rsidR="0092775D">
        <w:rPr>
          <w:color w:val="262626"/>
          <w:sz w:val="18"/>
        </w:rPr>
        <w:t>Kim Liên</w:t>
      </w:r>
      <w:r>
        <w:rPr>
          <w:color w:val="262626"/>
          <w:sz w:val="18"/>
        </w:rPr>
        <w:t>, Hà N</w:t>
      </w:r>
      <w:r>
        <w:rPr>
          <w:color w:val="262626"/>
          <w:sz w:val="18"/>
        </w:rPr>
        <w:t>ộ</w:t>
      </w:r>
      <w:r>
        <w:rPr>
          <w:color w:val="262626"/>
          <w:sz w:val="18"/>
        </w:rPr>
        <w:t>i.</w:t>
      </w:r>
    </w:p>
    <w:sectPr w:rsidR="00057B2C" w:rsidSect="002B5103">
      <w:pgSz w:w="11909" w:h="16834"/>
      <w:pgMar w:top="709" w:right="1080" w:bottom="42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57B2C"/>
    <w:rsid w:val="0006063C"/>
    <w:rsid w:val="0015074B"/>
    <w:rsid w:val="0029639D"/>
    <w:rsid w:val="002B5103"/>
    <w:rsid w:val="00326F90"/>
    <w:rsid w:val="003A58B1"/>
    <w:rsid w:val="0092775D"/>
    <w:rsid w:val="00AA1D8D"/>
    <w:rsid w:val="00B47730"/>
    <w:rsid w:val="00BB4C1A"/>
    <w:rsid w:val="00CB0664"/>
    <w:rsid w:val="00EB3F1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3A8F498A"/>
  <w14:defaultImageDpi w14:val="300"/>
  <w15:docId w15:val="{7CD0FB79-6756-4EF7-A93A-CD7498A73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apple-style-span">
    <w:name w:val="apple-style-span"/>
    <w:rsid w:val="00BB4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913BD0-4C94-4E41-AC37-7D348B583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DELL</cp:lastModifiedBy>
  <cp:revision>6</cp:revision>
  <dcterms:created xsi:type="dcterms:W3CDTF">2013-12-23T23:15:00Z</dcterms:created>
  <dcterms:modified xsi:type="dcterms:W3CDTF">2026-09-11T02:28:00Z</dcterms:modified>
  <cp:category/>
</cp:coreProperties>
</file>